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A86E8" w14:textId="090F52A7" w:rsidR="003D4F8D" w:rsidRDefault="00693ED2" w:rsidP="00434CE5">
      <w:pPr>
        <w:spacing w:after="0" w:line="240" w:lineRule="auto"/>
        <w:jc w:val="center"/>
      </w:pPr>
      <w:r>
        <w:rPr>
          <w:b/>
        </w:rPr>
        <w:t xml:space="preserve">BẢNG TỔNG HỢP Ý KIẾN </w:t>
      </w:r>
    </w:p>
    <w:p w14:paraId="472578A8" w14:textId="77777777" w:rsidR="00411EDC" w:rsidRDefault="00693ED2" w:rsidP="00411EDC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b/>
          <w:sz w:val="28"/>
          <w:szCs w:val="28"/>
        </w:rPr>
      </w:pPr>
      <w:r w:rsidRPr="00411EDC">
        <w:rPr>
          <w:rFonts w:cs="Times New Roman"/>
          <w:b/>
          <w:sz w:val="28"/>
          <w:szCs w:val="28"/>
        </w:rPr>
        <w:t xml:space="preserve">Của các cơ quan, đơn vị, địa phương tham gia vào </w:t>
      </w:r>
      <w:r w:rsidR="00411EDC" w:rsidRPr="00411EDC">
        <w:rPr>
          <w:rFonts w:eastAsiaTheme="minorEastAsia" w:cs="Times New Roman"/>
          <w:b/>
          <w:sz w:val="28"/>
          <w:szCs w:val="28"/>
        </w:rPr>
        <w:t>dự thảo Kế hoạch đá</w:t>
      </w:r>
      <w:r w:rsidR="00411EDC" w:rsidRPr="00411EDC">
        <w:rPr>
          <w:rFonts w:eastAsiaTheme="minorEastAsia" w:cs="Times New Roman"/>
          <w:b/>
          <w:sz w:val="28"/>
          <w:szCs w:val="28"/>
        </w:rPr>
        <w:t xml:space="preserve">nh giá </w:t>
      </w:r>
      <w:r w:rsidR="00411EDC" w:rsidRPr="00411EDC">
        <w:rPr>
          <w:rFonts w:eastAsiaTheme="minorEastAsia" w:cs="Times New Roman"/>
          <w:b/>
          <w:sz w:val="28"/>
          <w:szCs w:val="28"/>
        </w:rPr>
        <w:t xml:space="preserve">hoạt động khoa học, công nghệ, </w:t>
      </w:r>
    </w:p>
    <w:p w14:paraId="18F645D4" w14:textId="5E2B88A1" w:rsidR="003D4F8D" w:rsidRPr="00411EDC" w:rsidRDefault="00411EDC" w:rsidP="00411EDC">
      <w:pPr>
        <w:autoSpaceDE w:val="0"/>
        <w:autoSpaceDN w:val="0"/>
        <w:adjustRightInd w:val="0"/>
        <w:spacing w:after="0" w:line="240" w:lineRule="auto"/>
        <w:jc w:val="center"/>
        <w:rPr>
          <w:rFonts w:eastAsiaTheme="minorEastAsia" w:cs="Times New Roman"/>
          <w:b/>
          <w:sz w:val="28"/>
          <w:szCs w:val="28"/>
        </w:rPr>
      </w:pPr>
      <w:r w:rsidRPr="00411EDC">
        <w:rPr>
          <w:rFonts w:eastAsiaTheme="minorEastAsia" w:cs="Times New Roman"/>
          <w:b/>
          <w:sz w:val="28"/>
          <w:szCs w:val="28"/>
        </w:rPr>
        <w:t>đổi mớ</w:t>
      </w:r>
      <w:r w:rsidRPr="00411EDC">
        <w:rPr>
          <w:rFonts w:eastAsiaTheme="minorEastAsia" w:cs="Times New Roman"/>
          <w:b/>
          <w:sz w:val="28"/>
          <w:szCs w:val="28"/>
        </w:rPr>
        <w:t xml:space="preserve">i </w:t>
      </w:r>
      <w:r w:rsidRPr="00411EDC">
        <w:rPr>
          <w:rFonts w:eastAsiaTheme="minorEastAsia" w:cs="Times New Roman"/>
          <w:b/>
          <w:sz w:val="28"/>
          <w:szCs w:val="28"/>
        </w:rPr>
        <w:t>sáng tạo tỉnh Hưng Yên</w:t>
      </w:r>
    </w:p>
    <w:p w14:paraId="7C6F7565" w14:textId="77777777" w:rsidR="00434CE5" w:rsidRPr="00434CE5" w:rsidRDefault="00434CE5">
      <w:pPr>
        <w:spacing w:after="0"/>
        <w:jc w:val="center"/>
        <w:rPr>
          <w:sz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727"/>
        <w:gridCol w:w="3652"/>
        <w:gridCol w:w="5142"/>
        <w:gridCol w:w="1417"/>
        <w:gridCol w:w="1252"/>
      </w:tblGrid>
      <w:tr w:rsidR="00D444BC" w:rsidRPr="009A6AE3" w14:paraId="42D9018B" w14:textId="77777777" w:rsidTr="008C78E7">
        <w:trPr>
          <w:tblHeader/>
          <w:jc w:val="center"/>
        </w:trPr>
        <w:tc>
          <w:tcPr>
            <w:tcW w:w="675" w:type="dxa"/>
            <w:vAlign w:val="center"/>
          </w:tcPr>
          <w:p w14:paraId="5AF79F2C" w14:textId="77777777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b/>
                <w:sz w:val="24"/>
                <w:szCs w:val="24"/>
              </w:rPr>
              <w:t>TT</w:t>
            </w:r>
          </w:p>
        </w:tc>
        <w:tc>
          <w:tcPr>
            <w:tcW w:w="2727" w:type="dxa"/>
            <w:vAlign w:val="center"/>
          </w:tcPr>
          <w:p w14:paraId="68A24202" w14:textId="70A228DB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Tên cơ quan, đơn vị tham gia ý kiến</w:t>
            </w:r>
          </w:p>
        </w:tc>
        <w:tc>
          <w:tcPr>
            <w:tcW w:w="3652" w:type="dxa"/>
            <w:vAlign w:val="center"/>
          </w:tcPr>
          <w:p w14:paraId="284980B7" w14:textId="07E843C0" w:rsidR="00D444BC" w:rsidRDefault="00D444BC" w:rsidP="00D444B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Văn bản tham gia</w:t>
            </w:r>
          </w:p>
        </w:tc>
        <w:tc>
          <w:tcPr>
            <w:tcW w:w="5142" w:type="dxa"/>
            <w:vAlign w:val="center"/>
          </w:tcPr>
          <w:p w14:paraId="33CB3D90" w14:textId="49D916B9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Nội dung ý kiến tham gia</w:t>
            </w:r>
          </w:p>
        </w:tc>
        <w:tc>
          <w:tcPr>
            <w:tcW w:w="1417" w:type="dxa"/>
            <w:vAlign w:val="center"/>
          </w:tcPr>
          <w:p w14:paraId="17059A4D" w14:textId="16280D9B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Giải trình, tiếp thu</w:t>
            </w:r>
          </w:p>
        </w:tc>
        <w:tc>
          <w:tcPr>
            <w:tcW w:w="1252" w:type="dxa"/>
            <w:vAlign w:val="center"/>
          </w:tcPr>
          <w:p w14:paraId="4CFD3F68" w14:textId="60340271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Ghi chú</w:t>
            </w:r>
          </w:p>
        </w:tc>
      </w:tr>
      <w:tr w:rsidR="00D444BC" w:rsidRPr="009A6AE3" w14:paraId="2927D5D5" w14:textId="77777777" w:rsidTr="008C78E7">
        <w:trPr>
          <w:jc w:val="center"/>
        </w:trPr>
        <w:tc>
          <w:tcPr>
            <w:tcW w:w="675" w:type="dxa"/>
            <w:vAlign w:val="center"/>
          </w:tcPr>
          <w:p w14:paraId="2AFCE918" w14:textId="77777777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727" w:type="dxa"/>
            <w:vAlign w:val="center"/>
          </w:tcPr>
          <w:p w14:paraId="4386F850" w14:textId="23373777" w:rsidR="00D444BC" w:rsidRPr="009A6AE3" w:rsidRDefault="00D444BC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Bắc Đông Hưng</w:t>
            </w:r>
          </w:p>
        </w:tc>
        <w:tc>
          <w:tcPr>
            <w:tcW w:w="3652" w:type="dxa"/>
            <w:vAlign w:val="center"/>
          </w:tcPr>
          <w:p w14:paraId="53AB1F21" w14:textId="5EA8F812" w:rsidR="00D444BC" w:rsidRPr="009A6AE3" w:rsidRDefault="008C78E7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Công văn số 297/UBND-VHXH ngày 24/4/2026</w:t>
            </w:r>
          </w:p>
        </w:tc>
        <w:tc>
          <w:tcPr>
            <w:tcW w:w="5142" w:type="dxa"/>
            <w:vAlign w:val="center"/>
          </w:tcPr>
          <w:p w14:paraId="2BF0F08D" w14:textId="1341A79A" w:rsidR="00D444BC" w:rsidRPr="009A6AE3" w:rsidRDefault="008C78E7" w:rsidP="00D444B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554922BE" w14:textId="244B6C1E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1C6C4D6" w14:textId="5AF92D4B" w:rsidR="00D444BC" w:rsidRPr="009A6AE3" w:rsidRDefault="00D444BC" w:rsidP="00D444B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56E4" w:rsidRPr="009A6AE3" w14:paraId="2639F2F9" w14:textId="77777777" w:rsidTr="008C78E7">
        <w:trPr>
          <w:jc w:val="center"/>
        </w:trPr>
        <w:tc>
          <w:tcPr>
            <w:tcW w:w="675" w:type="dxa"/>
            <w:vAlign w:val="center"/>
          </w:tcPr>
          <w:p w14:paraId="78431415" w14:textId="7777777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727" w:type="dxa"/>
            <w:vAlign w:val="center"/>
          </w:tcPr>
          <w:p w14:paraId="40666350" w14:textId="289EFA1E" w:rsidR="009D56E4" w:rsidRPr="009A6AE3" w:rsidRDefault="009D56E4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Bình Định</w:t>
            </w:r>
          </w:p>
        </w:tc>
        <w:tc>
          <w:tcPr>
            <w:tcW w:w="3652" w:type="dxa"/>
            <w:vAlign w:val="center"/>
          </w:tcPr>
          <w:p w14:paraId="4048270E" w14:textId="2EBDCD25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286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32FCCD4E" w14:textId="018F4F39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275CE9A0" w14:textId="5A77141A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327B731F" w14:textId="368D0149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56E4" w:rsidRPr="009A6AE3" w14:paraId="2EFF2F8C" w14:textId="77777777" w:rsidTr="008C78E7">
        <w:trPr>
          <w:jc w:val="center"/>
        </w:trPr>
        <w:tc>
          <w:tcPr>
            <w:tcW w:w="675" w:type="dxa"/>
            <w:vAlign w:val="center"/>
          </w:tcPr>
          <w:p w14:paraId="182AFC52" w14:textId="7777777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727" w:type="dxa"/>
            <w:vAlign w:val="center"/>
          </w:tcPr>
          <w:p w14:paraId="441EA2AA" w14:textId="3B067393" w:rsidR="009D56E4" w:rsidRPr="009A6AE3" w:rsidRDefault="009D56E4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Ngọc Lâm</w:t>
            </w:r>
          </w:p>
        </w:tc>
        <w:tc>
          <w:tcPr>
            <w:tcW w:w="3652" w:type="dxa"/>
            <w:vAlign w:val="center"/>
          </w:tcPr>
          <w:p w14:paraId="7C6C50BE" w14:textId="1DB4563D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327</w:t>
            </w:r>
            <w:r>
              <w:rPr>
                <w:rFonts w:cs="Times New Roman"/>
                <w:sz w:val="24"/>
                <w:szCs w:val="24"/>
              </w:rPr>
              <w:t>/UBND-VHXH ngày 23/4/2026</w:t>
            </w:r>
          </w:p>
        </w:tc>
        <w:tc>
          <w:tcPr>
            <w:tcW w:w="5142" w:type="dxa"/>
            <w:vAlign w:val="center"/>
          </w:tcPr>
          <w:p w14:paraId="66533B88" w14:textId="46FF7353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221FC034" w14:textId="7E793EF9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371D3EAB" w14:textId="22785C4A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56E4" w:rsidRPr="009A6AE3" w14:paraId="61CF0FA4" w14:textId="77777777" w:rsidTr="008C78E7">
        <w:trPr>
          <w:jc w:val="center"/>
        </w:trPr>
        <w:tc>
          <w:tcPr>
            <w:tcW w:w="675" w:type="dxa"/>
            <w:vAlign w:val="center"/>
          </w:tcPr>
          <w:p w14:paraId="0ECFD040" w14:textId="7777777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727" w:type="dxa"/>
            <w:vAlign w:val="center"/>
          </w:tcPr>
          <w:p w14:paraId="5574D82D" w14:textId="72BE458C" w:rsidR="009D56E4" w:rsidRPr="009A6AE3" w:rsidRDefault="009D56E4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Phường Mỹ Hào</w:t>
            </w:r>
          </w:p>
        </w:tc>
        <w:tc>
          <w:tcPr>
            <w:tcW w:w="3652" w:type="dxa"/>
            <w:vAlign w:val="center"/>
          </w:tcPr>
          <w:p w14:paraId="78C16D31" w14:textId="39C099FE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918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7E9627A3" w14:textId="4DE886E9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617B8AA1" w14:textId="282FDD22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5B822A6A" w14:textId="1A22129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56E4" w:rsidRPr="009A6AE3" w14:paraId="6DF82B48" w14:textId="77777777" w:rsidTr="008C78E7">
        <w:trPr>
          <w:jc w:val="center"/>
        </w:trPr>
        <w:tc>
          <w:tcPr>
            <w:tcW w:w="675" w:type="dxa"/>
            <w:vAlign w:val="center"/>
          </w:tcPr>
          <w:p w14:paraId="5F97F086" w14:textId="7777777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727" w:type="dxa"/>
            <w:vAlign w:val="center"/>
          </w:tcPr>
          <w:p w14:paraId="62F33EBC" w14:textId="62C32EC7" w:rsidR="009D56E4" w:rsidRPr="009A6AE3" w:rsidRDefault="009D56E4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Phường Thái Bình</w:t>
            </w:r>
          </w:p>
        </w:tc>
        <w:tc>
          <w:tcPr>
            <w:tcW w:w="3652" w:type="dxa"/>
            <w:vAlign w:val="center"/>
          </w:tcPr>
          <w:p w14:paraId="65713559" w14:textId="55E8EC3F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534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28BAAE61" w14:textId="680A3241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1CC0914A" w14:textId="34EF8F30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2927364" w14:textId="0C18F805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D56E4" w:rsidRPr="009A6AE3" w14:paraId="6F236C35" w14:textId="77777777" w:rsidTr="008C78E7">
        <w:trPr>
          <w:jc w:val="center"/>
        </w:trPr>
        <w:tc>
          <w:tcPr>
            <w:tcW w:w="675" w:type="dxa"/>
            <w:vAlign w:val="center"/>
          </w:tcPr>
          <w:p w14:paraId="64A167C8" w14:textId="77777777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727" w:type="dxa"/>
            <w:vAlign w:val="center"/>
          </w:tcPr>
          <w:p w14:paraId="1F1762F6" w14:textId="6B5624CC" w:rsidR="009D56E4" w:rsidRPr="009A6AE3" w:rsidRDefault="009D56E4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Sở Công Thương</w:t>
            </w:r>
          </w:p>
        </w:tc>
        <w:tc>
          <w:tcPr>
            <w:tcW w:w="3652" w:type="dxa"/>
            <w:vAlign w:val="center"/>
          </w:tcPr>
          <w:p w14:paraId="2035630F" w14:textId="68655658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Công văn số 534/</w:t>
            </w:r>
            <w:r>
              <w:rPr>
                <w:rFonts w:cs="Times New Roman"/>
                <w:sz w:val="24"/>
                <w:szCs w:val="24"/>
              </w:rPr>
              <w:t>SCT-KHTCTH</w:t>
            </w:r>
            <w:r>
              <w:rPr>
                <w:rFonts w:cs="Times New Roman"/>
                <w:sz w:val="24"/>
                <w:szCs w:val="24"/>
              </w:rPr>
              <w:t xml:space="preserve">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5F3C4225" w14:textId="7D03B33D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25C269EC" w14:textId="287BF31E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E664C77" w14:textId="01FED69D" w:rsidR="009D56E4" w:rsidRPr="009A6AE3" w:rsidRDefault="009D56E4" w:rsidP="009D56E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944EC" w:rsidRPr="009A6AE3" w14:paraId="50C7C0D5" w14:textId="77777777" w:rsidTr="008C78E7">
        <w:trPr>
          <w:jc w:val="center"/>
        </w:trPr>
        <w:tc>
          <w:tcPr>
            <w:tcW w:w="675" w:type="dxa"/>
            <w:vAlign w:val="center"/>
          </w:tcPr>
          <w:p w14:paraId="3CFB2165" w14:textId="77777777" w:rsidR="00A944EC" w:rsidRPr="009A6AE3" w:rsidRDefault="00A944EC" w:rsidP="00A944E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727" w:type="dxa"/>
            <w:vAlign w:val="center"/>
          </w:tcPr>
          <w:p w14:paraId="093CE827" w14:textId="24350B8C" w:rsidR="00A944EC" w:rsidRPr="009A6AE3" w:rsidRDefault="00A944EC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Chi cục trồng trọt và bảo vệ thực vật - Sở Nông nghiệp và Môi trường</w:t>
            </w:r>
          </w:p>
        </w:tc>
        <w:tc>
          <w:tcPr>
            <w:tcW w:w="3652" w:type="dxa"/>
            <w:vAlign w:val="center"/>
          </w:tcPr>
          <w:p w14:paraId="3946D25D" w14:textId="3FCDA75B" w:rsidR="00A944EC" w:rsidRPr="009A6AE3" w:rsidRDefault="00A944EC" w:rsidP="00A944E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90</w:t>
            </w:r>
            <w:r>
              <w:rPr>
                <w:rFonts w:cs="Times New Roman"/>
                <w:sz w:val="24"/>
                <w:szCs w:val="24"/>
              </w:rPr>
              <w:t>/</w:t>
            </w:r>
            <w:r>
              <w:rPr>
                <w:rFonts w:cs="Times New Roman"/>
                <w:sz w:val="24"/>
                <w:szCs w:val="24"/>
              </w:rPr>
              <w:t>CCTTBVTV</w:t>
            </w:r>
            <w:r>
              <w:rPr>
                <w:rFonts w:cs="Times New Roman"/>
                <w:sz w:val="24"/>
                <w:szCs w:val="24"/>
              </w:rPr>
              <w:t>-</w:t>
            </w:r>
            <w:r>
              <w:rPr>
                <w:rFonts w:cs="Times New Roman"/>
                <w:sz w:val="24"/>
                <w:szCs w:val="24"/>
              </w:rPr>
              <w:t>NVTH</w:t>
            </w:r>
            <w:r>
              <w:rPr>
                <w:rFonts w:cs="Times New Roman"/>
                <w:sz w:val="24"/>
                <w:szCs w:val="24"/>
              </w:rPr>
              <w:t xml:space="preserve"> ngày 24/4/2026</w:t>
            </w:r>
          </w:p>
        </w:tc>
        <w:tc>
          <w:tcPr>
            <w:tcW w:w="5142" w:type="dxa"/>
            <w:vAlign w:val="center"/>
          </w:tcPr>
          <w:p w14:paraId="00A2C616" w14:textId="321532FC" w:rsidR="00A944EC" w:rsidRPr="009A6AE3" w:rsidRDefault="00A944EC" w:rsidP="00A944E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7F95EA05" w14:textId="099B5084" w:rsidR="00A944EC" w:rsidRPr="009A6AE3" w:rsidRDefault="00A944EC" w:rsidP="00A944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353FAC37" w14:textId="08B457DC" w:rsidR="00A944EC" w:rsidRPr="009A6AE3" w:rsidRDefault="00A944EC" w:rsidP="00A944EC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0C1D" w:rsidRPr="009A6AE3" w14:paraId="21D4BCF6" w14:textId="77777777" w:rsidTr="008C78E7">
        <w:trPr>
          <w:jc w:val="center"/>
        </w:trPr>
        <w:tc>
          <w:tcPr>
            <w:tcW w:w="675" w:type="dxa"/>
            <w:vAlign w:val="center"/>
          </w:tcPr>
          <w:p w14:paraId="7600D693" w14:textId="7777777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A6AE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727" w:type="dxa"/>
            <w:vAlign w:val="center"/>
          </w:tcPr>
          <w:p w14:paraId="1934CF7F" w14:textId="46460B86" w:rsidR="000A0C1D" w:rsidRPr="009A6AE3" w:rsidRDefault="000A0C1D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Phường Trà Lý</w:t>
            </w:r>
          </w:p>
        </w:tc>
        <w:tc>
          <w:tcPr>
            <w:tcW w:w="3652" w:type="dxa"/>
            <w:vAlign w:val="center"/>
          </w:tcPr>
          <w:p w14:paraId="5D635268" w14:textId="270574A5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389</w:t>
            </w:r>
            <w:r>
              <w:rPr>
                <w:rFonts w:cs="Times New Roman"/>
                <w:sz w:val="24"/>
                <w:szCs w:val="24"/>
              </w:rPr>
              <w:t>/UBND-VHXH ngày 23/4/2026</w:t>
            </w:r>
          </w:p>
        </w:tc>
        <w:tc>
          <w:tcPr>
            <w:tcW w:w="5142" w:type="dxa"/>
            <w:vAlign w:val="center"/>
          </w:tcPr>
          <w:p w14:paraId="1A090BFD" w14:textId="11F45E32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681D9C02" w14:textId="081F1D23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52F6F448" w14:textId="371051CE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0C1D" w:rsidRPr="009A6AE3" w14:paraId="3562917A" w14:textId="77777777" w:rsidTr="00BD12BA">
        <w:trPr>
          <w:jc w:val="center"/>
        </w:trPr>
        <w:tc>
          <w:tcPr>
            <w:tcW w:w="675" w:type="dxa"/>
            <w:vAlign w:val="center"/>
          </w:tcPr>
          <w:p w14:paraId="261119E7" w14:textId="7DEEB01E" w:rsidR="000A0C1D" w:rsidRPr="009A6AE3" w:rsidRDefault="00F7537F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727" w:type="dxa"/>
            <w:vAlign w:val="center"/>
          </w:tcPr>
          <w:p w14:paraId="791B8290" w14:textId="1F5A349A" w:rsidR="000A0C1D" w:rsidRPr="009A6AE3" w:rsidRDefault="000A0C1D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Bắc Thái Ninh</w:t>
            </w:r>
          </w:p>
        </w:tc>
        <w:tc>
          <w:tcPr>
            <w:tcW w:w="3652" w:type="dxa"/>
            <w:vAlign w:val="center"/>
          </w:tcPr>
          <w:p w14:paraId="2F6CD1BD" w14:textId="2F37482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236</w:t>
            </w:r>
            <w:r>
              <w:rPr>
                <w:rFonts w:cs="Times New Roman"/>
                <w:sz w:val="24"/>
                <w:szCs w:val="24"/>
              </w:rPr>
              <w:t>/UBND-VHXH ngày 23/4/2026</w:t>
            </w:r>
          </w:p>
        </w:tc>
        <w:tc>
          <w:tcPr>
            <w:tcW w:w="5142" w:type="dxa"/>
            <w:vAlign w:val="center"/>
          </w:tcPr>
          <w:p w14:paraId="7CB70A36" w14:textId="394E3092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150FAF8F" w14:textId="7777777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15CEB0D5" w14:textId="7777777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A0C1D" w:rsidRPr="009A6AE3" w14:paraId="6C0C6EE1" w14:textId="77777777" w:rsidTr="00BD12BA">
        <w:trPr>
          <w:jc w:val="center"/>
        </w:trPr>
        <w:tc>
          <w:tcPr>
            <w:tcW w:w="675" w:type="dxa"/>
            <w:vAlign w:val="center"/>
          </w:tcPr>
          <w:p w14:paraId="2173D4B5" w14:textId="6FFD3D04" w:rsidR="000A0C1D" w:rsidRPr="009A6AE3" w:rsidRDefault="00F7537F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727" w:type="dxa"/>
            <w:vAlign w:val="center"/>
          </w:tcPr>
          <w:p w14:paraId="73B3DFFE" w14:textId="6875262B" w:rsidR="000A0C1D" w:rsidRPr="009A6AE3" w:rsidRDefault="000A0C1D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Hoàng Hoa Thám</w:t>
            </w:r>
          </w:p>
        </w:tc>
        <w:tc>
          <w:tcPr>
            <w:tcW w:w="3652" w:type="dxa"/>
            <w:vAlign w:val="center"/>
          </w:tcPr>
          <w:p w14:paraId="56A514F9" w14:textId="53483768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564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16227E7C" w14:textId="278C8E95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445B0F59" w14:textId="7777777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4689AED" w14:textId="77777777" w:rsidR="000A0C1D" w:rsidRPr="009A6AE3" w:rsidRDefault="000A0C1D" w:rsidP="000A0C1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B12C1" w:rsidRPr="009A6AE3" w14:paraId="52E6A8A5" w14:textId="77777777" w:rsidTr="00BD12BA">
        <w:trPr>
          <w:jc w:val="center"/>
        </w:trPr>
        <w:tc>
          <w:tcPr>
            <w:tcW w:w="675" w:type="dxa"/>
            <w:vAlign w:val="center"/>
          </w:tcPr>
          <w:p w14:paraId="3406A673" w14:textId="5A401DA3" w:rsidR="000B12C1" w:rsidRPr="009A6AE3" w:rsidRDefault="00F7537F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727" w:type="dxa"/>
            <w:vAlign w:val="center"/>
          </w:tcPr>
          <w:p w14:paraId="7E2C553A" w14:textId="161BF18D" w:rsidR="000B12C1" w:rsidRPr="009A6AE3" w:rsidRDefault="000B12C1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Kiến Xương</w:t>
            </w:r>
          </w:p>
        </w:tc>
        <w:tc>
          <w:tcPr>
            <w:tcW w:w="3652" w:type="dxa"/>
            <w:vAlign w:val="center"/>
          </w:tcPr>
          <w:p w14:paraId="05CE8EE8" w14:textId="71CFBD39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504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5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604CFF12" w14:textId="2E21F35F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04E23680" w14:textId="77777777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551819F" w14:textId="77777777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0B12C1" w:rsidRPr="009A6AE3" w14:paraId="636EB604" w14:textId="77777777" w:rsidTr="00BD12BA">
        <w:trPr>
          <w:jc w:val="center"/>
        </w:trPr>
        <w:tc>
          <w:tcPr>
            <w:tcW w:w="675" w:type="dxa"/>
            <w:vAlign w:val="center"/>
          </w:tcPr>
          <w:p w14:paraId="75E0B3C1" w14:textId="56C38529" w:rsidR="000B12C1" w:rsidRPr="009A6AE3" w:rsidRDefault="00F7537F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727" w:type="dxa"/>
            <w:vAlign w:val="center"/>
          </w:tcPr>
          <w:p w14:paraId="485CEFF2" w14:textId="4CE65656" w:rsidR="000B12C1" w:rsidRPr="009A6AE3" w:rsidRDefault="000B12C1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Lương Bằng</w:t>
            </w:r>
          </w:p>
        </w:tc>
        <w:tc>
          <w:tcPr>
            <w:tcW w:w="3652" w:type="dxa"/>
            <w:vAlign w:val="center"/>
          </w:tcPr>
          <w:p w14:paraId="306DE212" w14:textId="15182AC2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566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02868723" w14:textId="37FF24F0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7DFAFED6" w14:textId="77777777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10F4FA2" w14:textId="77777777" w:rsidR="000B12C1" w:rsidRPr="009A6AE3" w:rsidRDefault="000B12C1" w:rsidP="000B12C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416B1" w:rsidRPr="009A6AE3" w14:paraId="4A9BAC60" w14:textId="77777777" w:rsidTr="00BD12BA">
        <w:trPr>
          <w:jc w:val="center"/>
        </w:trPr>
        <w:tc>
          <w:tcPr>
            <w:tcW w:w="675" w:type="dxa"/>
            <w:vAlign w:val="center"/>
          </w:tcPr>
          <w:p w14:paraId="2949B230" w14:textId="76BF8DBC" w:rsidR="008416B1" w:rsidRPr="009A6AE3" w:rsidRDefault="00F7537F" w:rsidP="008416B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727" w:type="dxa"/>
            <w:vAlign w:val="center"/>
          </w:tcPr>
          <w:p w14:paraId="0B45A326" w14:textId="08B2954E" w:rsidR="008416B1" w:rsidRPr="009A6AE3" w:rsidRDefault="008416B1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Nghĩa Trụ</w:t>
            </w:r>
            <w:bookmarkStart w:id="0" w:name="_GoBack"/>
            <w:bookmarkEnd w:id="0"/>
          </w:p>
        </w:tc>
        <w:tc>
          <w:tcPr>
            <w:tcW w:w="3652" w:type="dxa"/>
            <w:vAlign w:val="center"/>
          </w:tcPr>
          <w:p w14:paraId="099095C4" w14:textId="503D0930" w:rsidR="008416B1" w:rsidRPr="009A6AE3" w:rsidRDefault="008416B1" w:rsidP="008416B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517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0ACE3315" w14:textId="12C68A26" w:rsidR="008416B1" w:rsidRPr="009A6AE3" w:rsidRDefault="008416B1" w:rsidP="008416B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238A6CEB" w14:textId="77777777" w:rsidR="008416B1" w:rsidRPr="009A6AE3" w:rsidRDefault="008416B1" w:rsidP="00841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1081475E" w14:textId="77777777" w:rsidR="008416B1" w:rsidRPr="009A6AE3" w:rsidRDefault="008416B1" w:rsidP="00841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76EAF" w:rsidRPr="009A6AE3" w14:paraId="5DF9DF4E" w14:textId="77777777" w:rsidTr="00BD12BA">
        <w:trPr>
          <w:jc w:val="center"/>
        </w:trPr>
        <w:tc>
          <w:tcPr>
            <w:tcW w:w="675" w:type="dxa"/>
            <w:vAlign w:val="center"/>
          </w:tcPr>
          <w:p w14:paraId="5130C6CD" w14:textId="6C197F7D" w:rsidR="00776EAF" w:rsidRPr="009A6AE3" w:rsidRDefault="00F7537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727" w:type="dxa"/>
            <w:vAlign w:val="center"/>
          </w:tcPr>
          <w:p w14:paraId="57477DD7" w14:textId="2711A5EF" w:rsidR="00776EAF" w:rsidRPr="009A6AE3" w:rsidRDefault="00776EAF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Phạm Ngũ Lão</w:t>
            </w:r>
          </w:p>
        </w:tc>
        <w:tc>
          <w:tcPr>
            <w:tcW w:w="3652" w:type="dxa"/>
            <w:vAlign w:val="center"/>
          </w:tcPr>
          <w:p w14:paraId="6CB37300" w14:textId="587DC85A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363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3B4FB54C" w14:textId="116DF9C3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7BEAE678" w14:textId="77777777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D987CD4" w14:textId="77777777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76EAF" w:rsidRPr="009A6AE3" w14:paraId="6A0F096C" w14:textId="77777777" w:rsidTr="008C78E7">
        <w:trPr>
          <w:jc w:val="center"/>
        </w:trPr>
        <w:tc>
          <w:tcPr>
            <w:tcW w:w="675" w:type="dxa"/>
            <w:vAlign w:val="center"/>
          </w:tcPr>
          <w:p w14:paraId="7961E18F" w14:textId="1D7D32A5" w:rsidR="00776EAF" w:rsidRPr="009A6AE3" w:rsidRDefault="00F7537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727" w:type="dxa"/>
            <w:vAlign w:val="center"/>
          </w:tcPr>
          <w:p w14:paraId="3B1733FE" w14:textId="54245417" w:rsidR="00776EAF" w:rsidRPr="009A6AE3" w:rsidRDefault="00776EAF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Thái Thụy</w:t>
            </w:r>
          </w:p>
        </w:tc>
        <w:tc>
          <w:tcPr>
            <w:tcW w:w="3652" w:type="dxa"/>
            <w:vAlign w:val="center"/>
          </w:tcPr>
          <w:p w14:paraId="054F6E35" w14:textId="4FB94D24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764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043279A9" w14:textId="3B736171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1F71E877" w14:textId="1A6AC3E0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6FEFED2D" w14:textId="05D368DE" w:rsidR="00776EAF" w:rsidRPr="009A6AE3" w:rsidRDefault="00776EAF" w:rsidP="00776EAF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162" w:rsidRPr="009A6AE3" w14:paraId="4A931F49" w14:textId="77777777" w:rsidTr="00BD12BA">
        <w:trPr>
          <w:jc w:val="center"/>
        </w:trPr>
        <w:tc>
          <w:tcPr>
            <w:tcW w:w="675" w:type="dxa"/>
            <w:vAlign w:val="center"/>
          </w:tcPr>
          <w:p w14:paraId="7BA0485D" w14:textId="6DA0216C" w:rsidR="00424162" w:rsidRPr="009A6AE3" w:rsidRDefault="00F7537F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727" w:type="dxa"/>
            <w:vAlign w:val="center"/>
          </w:tcPr>
          <w:p w14:paraId="4F05106B" w14:textId="5B3A770B" w:rsidR="00424162" w:rsidRPr="009A6AE3" w:rsidRDefault="00424162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Phường Thượng Hồng</w:t>
            </w:r>
          </w:p>
        </w:tc>
        <w:tc>
          <w:tcPr>
            <w:tcW w:w="3652" w:type="dxa"/>
            <w:vAlign w:val="center"/>
          </w:tcPr>
          <w:p w14:paraId="1053C3CC" w14:textId="151AA6B6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672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788B244D" w14:textId="3F3A03D3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0CFC8AD9" w14:textId="77777777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4F675776" w14:textId="77777777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24162" w:rsidRPr="009A6AE3" w14:paraId="6AECFBA9" w14:textId="77777777" w:rsidTr="00BD12BA">
        <w:trPr>
          <w:jc w:val="center"/>
        </w:trPr>
        <w:tc>
          <w:tcPr>
            <w:tcW w:w="675" w:type="dxa"/>
            <w:vAlign w:val="center"/>
          </w:tcPr>
          <w:p w14:paraId="0924100F" w14:textId="320B0A68" w:rsidR="00424162" w:rsidRPr="009A6AE3" w:rsidRDefault="00F7537F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727" w:type="dxa"/>
            <w:vAlign w:val="center"/>
          </w:tcPr>
          <w:p w14:paraId="4788CF70" w14:textId="0EF2E2FB" w:rsidR="00424162" w:rsidRPr="009A6AE3" w:rsidRDefault="00424162" w:rsidP="0042416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Xã Yên Mỹ</w:t>
            </w:r>
          </w:p>
        </w:tc>
        <w:tc>
          <w:tcPr>
            <w:tcW w:w="3652" w:type="dxa"/>
            <w:vAlign w:val="center"/>
          </w:tcPr>
          <w:p w14:paraId="668ADA2C" w14:textId="4AF45ABF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Công văn số </w:t>
            </w:r>
            <w:r>
              <w:rPr>
                <w:rFonts w:cs="Times New Roman"/>
                <w:sz w:val="24"/>
                <w:szCs w:val="24"/>
              </w:rPr>
              <w:t>443</w:t>
            </w:r>
            <w:r>
              <w:rPr>
                <w:rFonts w:cs="Times New Roman"/>
                <w:sz w:val="24"/>
                <w:szCs w:val="24"/>
              </w:rPr>
              <w:t>/UBND-VHXH ngày 2</w:t>
            </w:r>
            <w:r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/4/2026</w:t>
            </w:r>
          </w:p>
        </w:tc>
        <w:tc>
          <w:tcPr>
            <w:tcW w:w="5142" w:type="dxa"/>
            <w:vAlign w:val="center"/>
          </w:tcPr>
          <w:p w14:paraId="77E0A5B2" w14:textId="71AFEF69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TimesNewRomanPSMT" w:eastAsiaTheme="minorEastAsia" w:hAnsi="TimesNewRomanPSMT" w:cs="TimesNewRomanPSMT"/>
                <w:sz w:val="28"/>
                <w:szCs w:val="28"/>
              </w:rPr>
              <w:t>nhất trí với nội dung dự thảo Kế hoạch</w:t>
            </w:r>
          </w:p>
        </w:tc>
        <w:tc>
          <w:tcPr>
            <w:tcW w:w="1417" w:type="dxa"/>
            <w:vAlign w:val="center"/>
          </w:tcPr>
          <w:p w14:paraId="00418418" w14:textId="77777777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6C754BE2" w14:textId="77777777" w:rsidR="00424162" w:rsidRPr="009A6AE3" w:rsidRDefault="00424162" w:rsidP="0042416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3BFFF56" w14:textId="32E2B611" w:rsidR="009A76B2" w:rsidRDefault="009A76B2"/>
    <w:sectPr w:rsidR="009A76B2" w:rsidSect="00434CE5">
      <w:pgSz w:w="16840" w:h="11907" w:orient="landscape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A0C1D"/>
    <w:rsid w:val="000B12C1"/>
    <w:rsid w:val="0015074B"/>
    <w:rsid w:val="00185C87"/>
    <w:rsid w:val="00227358"/>
    <w:rsid w:val="0029639D"/>
    <w:rsid w:val="00317E30"/>
    <w:rsid w:val="00326F90"/>
    <w:rsid w:val="003D4F8D"/>
    <w:rsid w:val="00411EDC"/>
    <w:rsid w:val="00424162"/>
    <w:rsid w:val="00434CE5"/>
    <w:rsid w:val="004D5AA2"/>
    <w:rsid w:val="00693ED2"/>
    <w:rsid w:val="006E3788"/>
    <w:rsid w:val="00776EAF"/>
    <w:rsid w:val="00816B77"/>
    <w:rsid w:val="008416B1"/>
    <w:rsid w:val="00843EED"/>
    <w:rsid w:val="0089087A"/>
    <w:rsid w:val="008C5F43"/>
    <w:rsid w:val="008C78E7"/>
    <w:rsid w:val="008F56CF"/>
    <w:rsid w:val="009951B5"/>
    <w:rsid w:val="009A6AE3"/>
    <w:rsid w:val="009A76B2"/>
    <w:rsid w:val="009D56E4"/>
    <w:rsid w:val="00A944EC"/>
    <w:rsid w:val="00AA1D8D"/>
    <w:rsid w:val="00B47730"/>
    <w:rsid w:val="00CA4C23"/>
    <w:rsid w:val="00CB0664"/>
    <w:rsid w:val="00D444BC"/>
    <w:rsid w:val="00EA7E1E"/>
    <w:rsid w:val="00EE238D"/>
    <w:rsid w:val="00F7537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217CD5"/>
  <w15:docId w15:val="{76518C5C-7CE1-40DF-8FFC-9ECF892B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23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23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38D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3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38D"/>
    <w:rPr>
      <w:rFonts w:ascii="Times New Roman" w:eastAsia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93332DE-B9B2-4FDC-8DD0-99461563A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18</cp:revision>
  <dcterms:created xsi:type="dcterms:W3CDTF">2026-04-22T08:43:00Z</dcterms:created>
  <dcterms:modified xsi:type="dcterms:W3CDTF">2026-04-28T03:10:00Z</dcterms:modified>
</cp:coreProperties>
</file>